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0"/>
        </w:rPr>
        <w:t>INDEPENDENT LIVING</w:t>
      </w:r>
    </w:p>
    <w:p>
      <w:pPr>
        <w:jc w:val="center"/>
      </w:pPr>
      <w:r>
        <w:rPr>
          <w:b/>
          <w:sz w:val="38"/>
        </w:rPr>
        <w:t>REFERRAL OUTREACH SCRIPT GUIDE</w:t>
      </w:r>
    </w:p>
    <w:p>
      <w:pPr>
        <w:jc w:val="center"/>
      </w:pPr>
      <w:r>
        <w:rPr>
          <w:i/>
          <w:sz w:val="22"/>
        </w:rPr>
        <w:t>Email Scripts • Phone Scripts • Follow-Up • Relationship Building</w:t>
      </w:r>
    </w:p>
    <w:p>
      <w:pPr>
        <w:jc w:val="center"/>
      </w:pPr>
      <w:r>
        <w:rPr>
          <w:b/>
          <w:sz w:val="24"/>
        </w:rPr>
        <w:t>For Independent &amp; Shared Living Housing Operators</w:t>
      </w:r>
    </w:p>
    <w:p>
      <w:pPr>
        <w:jc w:val="center"/>
      </w:pPr>
      <w:r>
        <w:rPr>
          <w:b/>
          <w:sz w:val="24"/>
        </w:rPr>
        <w:t>Safe • Stable • Structured • Affordable Shared Housing</w:t>
      </w:r>
    </w:p>
    <w:p>
      <w:r>
        <w:br w:type="page"/>
      </w:r>
    </w:p>
    <w:p>
      <w:pPr>
        <w:pStyle w:val="Heading1"/>
      </w:pPr>
      <w:r>
        <w:t>How to Use This Guide</w:t>
      </w:r>
    </w:p>
    <w:p>
      <w:r>
        <w:t>This guide is designed as a reusable outreach resource for independent and shared living housing operators. Replace all bracketed fields with information specific to your housing program, service area, referral source, and available services. Customize each message before sending it.</w:t>
      </w:r>
    </w:p>
    <w:p>
      <w:r>
        <w:t>Core positioning statement: We provide safe, stable, structured, and affordable shared housing for independent adults.</w:t>
      </w:r>
    </w:p>
    <w:p>
      <w:pPr>
        <w:pStyle w:val="Heading1"/>
      </w:pPr>
      <w:r>
        <w:t>Referral Outreach Email Scripts</w:t>
      </w:r>
    </w:p>
    <w:p>
      <w:pPr>
        <w:pStyle w:val="Heading2"/>
      </w:pPr>
      <w:r>
        <w:t>1. Independent Living Agency Introduction Email</w:t>
      </w:r>
    </w:p>
    <w:p>
      <w:r>
        <w:rPr>
          <w:b/>
        </w:rPr>
        <w:t xml:space="preserve">Subject: </w:t>
      </w:r>
      <w:r>
        <w:t>A Shared Housing Resource for the Individuals You Serve</w:t>
      </w:r>
    </w:p>
    <w:p>
      <w:r>
        <w:t>Hello [Name],</w:t>
      </w:r>
    </w:p>
    <w:p/>
    <w:p>
      <w:r>
        <w:t>My name is [Your Name], and I’m with [Independent/Shared Living Agency Name], a shared housing provider serving [Service Area].</w:t>
      </w:r>
    </w:p>
    <w:p/>
    <w:p>
      <w:r>
        <w:t>We provide safe, stable, structured, and affordable shared housing for independent adults who may be experiencing housing instability, transitioning into more permanent housing, or simply needing an affordable place to call home.</w:t>
      </w:r>
    </w:p>
    <w:p/>
    <w:p>
      <w:r>
        <w:t>Our shared living model is designed for individuals who can live independently but may benefit from an affordable housing option within a structured shared living environment.</w:t>
      </w:r>
    </w:p>
    <w:p/>
    <w:p>
      <w:r>
        <w:t>I would love the opportunity to introduce our housing program, learn more about the individuals your organization serves, and discuss how we may be able to serve as an additional housing resource for your team.</w:t>
      </w:r>
    </w:p>
    <w:p/>
    <w:p>
      <w:r>
        <w:t>Would you be available for a brief introduction or phone call sometime next week?</w:t>
      </w:r>
    </w:p>
    <w:p/>
    <w:p>
      <w:r>
        <w:t>Thank you, and I look forward to connecting with you.</w:t>
      </w:r>
    </w:p>
    <w:p/>
    <w:p>
      <w:r>
        <w:t>Warm regards,</w:t>
      </w:r>
    </w:p>
    <w:p>
      <w:r>
        <w:t>[Your Name]</w:t>
      </w:r>
    </w:p>
    <w:p>
      <w:r>
        <w:t>[Title]</w:t>
      </w:r>
    </w:p>
    <w:p>
      <w:r>
        <w:t>[Agency Name]</w:t>
      </w:r>
    </w:p>
    <w:p>
      <w:r>
        <w:t>[Phone Number]</w:t>
      </w:r>
    </w:p>
    <w:p>
      <w:r>
        <w:t>[Email Address]</w:t>
      </w:r>
    </w:p>
    <w:p>
      <w:r>
        <w:t>[Website]</w:t>
      </w:r>
    </w:p>
    <w:p>
      <w:pPr>
        <w:pStyle w:val="Heading2"/>
      </w:pPr>
      <w:r>
        <w:t>2. Lunch &amp; Learn Request Email</w:t>
      </w:r>
    </w:p>
    <w:p>
      <w:r>
        <w:rPr>
          <w:b/>
        </w:rPr>
        <w:t xml:space="preserve">Subject: </w:t>
      </w:r>
      <w:r>
        <w:t>Lunch &amp; Learn Opportunity: Affordable Shared Housing</w:t>
      </w:r>
    </w:p>
    <w:p>
      <w:r>
        <w:t>Hello [Name],</w:t>
      </w:r>
    </w:p>
    <w:p/>
    <w:p>
      <w:r>
        <w:t>I’m reaching out from [Agency Name]. We provide safe, stable, structured, and affordable shared housing for independent adults throughout [Service Area].</w:t>
      </w:r>
    </w:p>
    <w:p/>
    <w:p>
      <w:r>
        <w:t>I would love the opportunity to host a brief Lunch &amp; Learn for your team to introduce our shared living program and discuss affordable shared housing as a potential resource for the individuals your organization serves.</w:t>
      </w:r>
    </w:p>
    <w:p/>
    <w:p>
      <w:r>
        <w:t>During the presentation, we can briefly cover who we serve, how shared living works, eligibility requirements, the referral and screening process, housing options, and how shared housing may support individuals experiencing housing instability or barriers to traditional housing.</w:t>
      </w:r>
    </w:p>
    <w:p/>
    <w:p>
      <w:r>
        <w:t>Our goal is to provide your team with practical information and an additional housing resource to consider when assisting individuals with housing needs.</w:t>
      </w:r>
    </w:p>
    <w:p/>
    <w:p>
      <w:r>
        <w:t>We can keep the presentation brief and work around your team’s schedule.</w:t>
      </w:r>
    </w:p>
    <w:p/>
    <w:p>
      <w:r>
        <w:t>Would your office be open to scheduling a Lunch &amp; Learn in the coming weeks?</w:t>
      </w:r>
    </w:p>
    <w:p/>
    <w:p>
      <w:r>
        <w:t>Thank you!</w:t>
      </w:r>
    </w:p>
    <w:p/>
    <w:p>
      <w:r>
        <w:t>[Your Name]</w:t>
      </w:r>
    </w:p>
    <w:p>
      <w:r>
        <w:t>[Title]</w:t>
      </w:r>
    </w:p>
    <w:p>
      <w:r>
        <w:t>[Agency Name]</w:t>
      </w:r>
    </w:p>
    <w:p>
      <w:r>
        <w:t>[Phone Number]</w:t>
      </w:r>
    </w:p>
    <w:p>
      <w:r>
        <w:t>[Email Address]</w:t>
      </w:r>
    </w:p>
    <w:p>
      <w:r>
        <w:t>[Website]</w:t>
      </w:r>
    </w:p>
    <w:p>
      <w:pPr>
        <w:pStyle w:val="Heading2"/>
      </w:pPr>
      <w:r>
        <w:t>3. No Response / Follow-Up Email</w:t>
      </w:r>
    </w:p>
    <w:p>
      <w:r>
        <w:rPr>
          <w:b/>
        </w:rPr>
        <w:t xml:space="preserve">Subject: </w:t>
      </w:r>
      <w:r>
        <w:t>Following Up — Shared Housing Resource</w:t>
      </w:r>
    </w:p>
    <w:p>
      <w:r>
        <w:t>Hello [Name],</w:t>
      </w:r>
    </w:p>
    <w:p/>
    <w:p>
      <w:r>
        <w:t>I wanted to follow up on my previous email introducing [Agency Name].</w:t>
      </w:r>
    </w:p>
    <w:p/>
    <w:p>
      <w:r>
        <w:t>I know schedules can get busy, so I wanted to reconnect and make sure you have my contact information should someone your organization serves need a shared housing resource in the future.</w:t>
      </w:r>
    </w:p>
    <w:p/>
    <w:p>
      <w:r>
        <w:t>We provide safe, stable, structured, and affordable shared housing for independent adults throughout [Service Area].</w:t>
      </w:r>
    </w:p>
    <w:p/>
    <w:p>
      <w:r>
        <w:t>Our goal is to work alongside case managers, social workers, housing navigators, reentry professionals, community organizations, and other referral partners to help connect appropriate individuals with available shared housing options.</w:t>
      </w:r>
    </w:p>
    <w:p/>
    <w:p>
      <w:r>
        <w:t>I would still love the opportunity to briefly introduce our program, learn more about your organization, and discuss how we may be able to serve as an additional housing resource.</w:t>
      </w:r>
    </w:p>
    <w:p/>
    <w:p>
      <w:r>
        <w:t>Please feel free to reach out anytime.</w:t>
      </w:r>
    </w:p>
    <w:p/>
    <w:p>
      <w:r>
        <w:t>Warm regards,</w:t>
      </w:r>
    </w:p>
    <w:p>
      <w:r>
        <w:t>[Your Name]</w:t>
      </w:r>
    </w:p>
    <w:p>
      <w:r>
        <w:t>[Title]</w:t>
      </w:r>
    </w:p>
    <w:p>
      <w:r>
        <w:t>[Agency Name]</w:t>
      </w:r>
    </w:p>
    <w:p>
      <w:r>
        <w:t>[Phone Number]</w:t>
      </w:r>
    </w:p>
    <w:p>
      <w:r>
        <w:t>[Email Address]</w:t>
      </w:r>
    </w:p>
    <w:p>
      <w:r>
        <w:t>[Website]</w:t>
      </w:r>
    </w:p>
    <w:p>
      <w:pPr>
        <w:pStyle w:val="Heading2"/>
      </w:pPr>
      <w:r>
        <w:t>4. Post-Meeting or Visit Follow-Up Email</w:t>
      </w:r>
    </w:p>
    <w:p>
      <w:r>
        <w:rPr>
          <w:b/>
        </w:rPr>
        <w:t xml:space="preserve">Subject: </w:t>
      </w:r>
      <w:r>
        <w:t>Thank You for Connecting Today</w:t>
      </w:r>
    </w:p>
    <w:p>
      <w:r>
        <w:t>Hello [Name],</w:t>
      </w:r>
    </w:p>
    <w:p/>
    <w:p>
      <w:r>
        <w:t>It was a pleasure meeting with you today. Thank you for taking the time to learn more about [Agency Name].</w:t>
      </w:r>
    </w:p>
    <w:p/>
    <w:p>
      <w:r>
        <w:t>I enjoyed learning more about your organization and the individuals you serve.</w:t>
      </w:r>
    </w:p>
    <w:p/>
    <w:p>
      <w:r>
        <w:t>As discussed, we provide safe, stable, structured, and affordable shared housing for independent adults throughout [Service Area]. Our goal is to offer an additional housing option for appropriate individuals who can live independently within a shared living environment.</w:t>
      </w:r>
    </w:p>
    <w:p/>
    <w:p>
      <w:r>
        <w:t>Please keep my information available should your team have questions about eligibility, availability, housing rates, or the referral and screening process.</w:t>
      </w:r>
    </w:p>
    <w:p/>
    <w:p>
      <w:r>
        <w:t>We value professional community partnerships and look forward to staying connected and serving as a housing resource whenever an appropriate need arises.</w:t>
      </w:r>
    </w:p>
    <w:p/>
    <w:p>
      <w:r>
        <w:t>Warm regards,</w:t>
      </w:r>
    </w:p>
    <w:p>
      <w:r>
        <w:t>[Your Name]</w:t>
      </w:r>
    </w:p>
    <w:p>
      <w:r>
        <w:t>[Title]</w:t>
      </w:r>
    </w:p>
    <w:p>
      <w:r>
        <w:t>[Agency Name]</w:t>
      </w:r>
    </w:p>
    <w:p>
      <w:r>
        <w:t>[Phone Number]</w:t>
      </w:r>
    </w:p>
    <w:p>
      <w:r>
        <w:t>[Email Address]</w:t>
      </w:r>
    </w:p>
    <w:p>
      <w:r>
        <w:t>[Website]</w:t>
      </w:r>
    </w:p>
    <w:p>
      <w:pPr>
        <w:pStyle w:val="Heading2"/>
      </w:pPr>
      <w:r>
        <w:t>5. Referral Partner Reconnection Email</w:t>
      </w:r>
    </w:p>
    <w:p>
      <w:r>
        <w:rPr>
          <w:b/>
        </w:rPr>
        <w:t xml:space="preserve">Subject: </w:t>
      </w:r>
      <w:r>
        <w:t>Checking In From [Agency Name]</w:t>
      </w:r>
    </w:p>
    <w:p>
      <w:r>
        <w:t>Hello [Name],</w:t>
      </w:r>
    </w:p>
    <w:p/>
    <w:p>
      <w:r>
        <w:t>I hope you’re doing well! It’s been a little while since we connected, so I wanted to reach out and reconnect.</w:t>
      </w:r>
    </w:p>
    <w:p/>
    <w:p>
      <w:r>
        <w:t>[Agency Name] continues to provide safe, stable, structured, and affordable shared housing for independent adults throughout [Service Area].</w:t>
      </w:r>
    </w:p>
    <w:p/>
    <w:p>
      <w:r>
        <w:t>I’d love to hear how things are going with your organization and whether your team is seeing any particular housing challenges among the individuals you serve.</w:t>
      </w:r>
    </w:p>
    <w:p/>
    <w:p>
      <w:r>
        <w:t>I would also be happy to provide updated information regarding our housing options, eligibility requirements, referral process, availability, or any special placement programs we currently offer.</w:t>
      </w:r>
    </w:p>
    <w:p/>
    <w:p>
      <w:r>
        <w:t>If you have a few minutes sometime soon, I would be happy to stop by or schedule a quick call.</w:t>
      </w:r>
    </w:p>
    <w:p/>
    <w:p>
      <w:r>
        <w:t>I look forward to reconnecting!</w:t>
      </w:r>
    </w:p>
    <w:p/>
    <w:p>
      <w:r>
        <w:t>[Your Name]</w:t>
      </w:r>
    </w:p>
    <w:p>
      <w:r>
        <w:t>[Title]</w:t>
      </w:r>
    </w:p>
    <w:p>
      <w:r>
        <w:t>[Agency Name]</w:t>
      </w:r>
    </w:p>
    <w:p>
      <w:r>
        <w:t>[Phone Number]</w:t>
      </w:r>
    </w:p>
    <w:p>
      <w:r>
        <w:t>[Email Address]</w:t>
      </w:r>
    </w:p>
    <w:p>
      <w:r>
        <w:t>[Website]</w:t>
      </w:r>
    </w:p>
    <w:p>
      <w:pPr>
        <w:pStyle w:val="Heading2"/>
      </w:pPr>
      <w:r>
        <w:t>6. First Referral Partner / Resource Email</w:t>
      </w:r>
    </w:p>
    <w:p>
      <w:r>
        <w:rPr>
          <w:b/>
        </w:rPr>
        <w:t xml:space="preserve">Subject: </w:t>
      </w:r>
      <w:r>
        <w:t>A Housing Resource for the Individuals You Serve</w:t>
      </w:r>
    </w:p>
    <w:p>
      <w:r>
        <w:t>Hello [Name],</w:t>
      </w:r>
    </w:p>
    <w:p/>
    <w:p>
      <w:r>
        <w:t>I wanted to share a housing resource that may be helpful to your team and some of the individuals you serve.</w:t>
      </w:r>
    </w:p>
    <w:p/>
    <w:p>
      <w:r>
        <w:t>[Agency Name] provides safe, stable, structured, and affordable shared housing for independent adults who may need an alternative housing option.</w:t>
      </w:r>
    </w:p>
    <w:p/>
    <w:p>
      <w:r>
        <w:t>I’ve attached our [Housing Eligibility Guide / Referral Information Sheet / Shared Housing Overview / Housing Resource Guide] for your team to keep as a resource.</w:t>
      </w:r>
    </w:p>
    <w:p/>
    <w:p>
      <w:r>
        <w:t>There is no obligation to refer. I simply wanted to introduce our housing program and provide information that may be useful when your team encounters someone searching for housing.</w:t>
      </w:r>
    </w:p>
    <w:p/>
    <w:p>
      <w:r>
        <w:t>We believe strong community partnerships begin with being a resource—not simply asking for referrals.</w:t>
      </w:r>
    </w:p>
    <w:p/>
    <w:p>
      <w:r>
        <w:t>If there are other housing-related materials or information that would be helpful to your team, please let me know. I would be happy to provide them.</w:t>
      </w:r>
    </w:p>
    <w:p/>
    <w:p>
      <w:r>
        <w:t>Have a great week!</w:t>
      </w:r>
    </w:p>
    <w:p/>
    <w:p>
      <w:r>
        <w:t>[Your Name]</w:t>
      </w:r>
    </w:p>
    <w:p>
      <w:r>
        <w:t>[Title]</w:t>
      </w:r>
    </w:p>
    <w:p>
      <w:r>
        <w:t>[Agency Name]</w:t>
      </w:r>
    </w:p>
    <w:p>
      <w:r>
        <w:t>[Phone Number]</w:t>
      </w:r>
    </w:p>
    <w:p>
      <w:r>
        <w:t>[Email Address]</w:t>
      </w:r>
    </w:p>
    <w:p>
      <w:r>
        <w:t>[Website]</w:t>
      </w:r>
    </w:p>
    <w:p>
      <w:pPr>
        <w:pStyle w:val="Heading2"/>
      </w:pPr>
      <w:r>
        <w:t>7. Referral Partner Thank-You Email</w:t>
      </w:r>
    </w:p>
    <w:p>
      <w:r>
        <w:rPr>
          <w:b/>
        </w:rPr>
        <w:t xml:space="preserve">Subject: </w:t>
      </w:r>
      <w:r>
        <w:t>Thank You From [Agency Name]</w:t>
      </w:r>
    </w:p>
    <w:p>
      <w:r>
        <w:t>Hello [Name],</w:t>
      </w:r>
    </w:p>
    <w:p/>
    <w:p>
      <w:r>
        <w:t>I wanted to personally thank you for connecting with [Agency Name] and for allowing us the opportunity to serve as a housing resource.</w:t>
      </w:r>
    </w:p>
    <w:p/>
    <w:p>
      <w:r>
        <w:t>We truly appreciate the professional relationships we build with case managers, social workers, housing professionals, community organizations, and other referral partners throughout our community.</w:t>
      </w:r>
    </w:p>
    <w:p/>
    <w:p>
      <w:r>
        <w:t>Our team is committed to providing a responsive and professional referral experience while maintaining a safe, stable, structured, and respectful shared living environment.</w:t>
      </w:r>
    </w:p>
    <w:p/>
    <w:p>
      <w:r>
        <w:t>Please don’t hesitate to contact me whenever you have questions regarding our housing program, availability, eligibility, rates, referrals, or potential placement.</w:t>
      </w:r>
    </w:p>
    <w:p/>
    <w:p>
      <w:r>
        <w:t>Thank you again. We appreciate your trust and look forward to continuing our professional relationship.</w:t>
      </w:r>
    </w:p>
    <w:p/>
    <w:p>
      <w:r>
        <w:t>Warm regards,</w:t>
      </w:r>
    </w:p>
    <w:p>
      <w:r>
        <w:t>[Your Name]</w:t>
      </w:r>
    </w:p>
    <w:p>
      <w:r>
        <w:t>[Title]</w:t>
      </w:r>
    </w:p>
    <w:p>
      <w:r>
        <w:t>[Agency Name]</w:t>
      </w:r>
    </w:p>
    <w:p>
      <w:r>
        <w:t>[Phone Number]</w:t>
      </w:r>
    </w:p>
    <w:p>
      <w:r>
        <w:t>[Email Address]</w:t>
      </w:r>
    </w:p>
    <w:p>
      <w:r>
        <w:t>[Website]</w:t>
      </w:r>
    </w:p>
    <w:p>
      <w:pPr>
        <w:pStyle w:val="Heading1"/>
      </w:pPr>
      <w:r>
        <w:t>Quick Tip: Customize the Conversation</w:t>
      </w:r>
    </w:p>
    <w:p>
      <w:r>
        <w:t>Do not copy, paste, and send the exact same message to every referral source. Customize your outreach based on the organization, the population it serves, and the housing challenges its staff may encounter.</w:t>
      </w:r>
    </w:p>
    <w:p>
      <w:r>
        <w:t>A hospital discharge planner, reentry coordinator, veteran service provider, social worker, homeless outreach team, community organization, senior resource provider, and housing navigator may each have different needs.</w:t>
      </w:r>
    </w:p>
    <w:p>
      <w:r>
        <w:rPr>
          <w:b/>
        </w:rPr>
        <w:t xml:space="preserve">Before reaching out, ask yourself: </w:t>
      </w:r>
      <w:r>
        <w:t>“What housing problem does this organization regularly encounter, and how can our shared living program be a resource?”</w:t>
      </w:r>
    </w:p>
    <w:p>
      <w:r>
        <w:t>The goal is not simply to ask for referrals. The goal is to build professional relationships, provide value, stay visible, and become a trusted housing resource that professionals remember when an appropriate need arises.</w:t>
      </w:r>
    </w:p>
    <w:p>
      <w:r>
        <w:br w:type="page"/>
      </w:r>
    </w:p>
    <w:p>
      <w:pPr>
        <w:pStyle w:val="Heading1"/>
      </w:pPr>
      <w:r>
        <w:t>BONUS: Independent Living Referral Phone Scripts</w:t>
      </w:r>
    </w:p>
    <w:p>
      <w:pPr>
        <w:pStyle w:val="Heading2"/>
      </w:pPr>
      <w:r>
        <w:t>1. First-Time Introduction Call</w:t>
      </w:r>
    </w:p>
    <w:p>
      <w:r>
        <w:t>Hi, my name is [Your Name], and I’m with [Agency Name]. We provide safe, stable, structured, and affordable shared housing for independent adults throughout [Service Area].</w:t>
      </w:r>
    </w:p>
    <w:p/>
    <w:p>
      <w:r>
        <w:t>I’m calling to briefly introduce our housing program and learn more about your organization. We’d love the opportunity to become a resource for the individuals you serve.</w:t>
      </w:r>
    </w:p>
    <w:p/>
    <w:p>
      <w:r>
        <w:t>Who would be the best person for me to connect with regarding housing referrals, placement resources, or community partnerships?</w:t>
      </w:r>
    </w:p>
    <w:p/>
    <w:p>
      <w:r>
        <w:t>If transferred:</w:t>
      </w:r>
    </w:p>
    <w:p/>
    <w:p>
      <w:r>
        <w:t>Hi [Name], my name is [Your Name] with [Agency Name]. We provide shared housing for independent adults, and I’d love to send you some information about our housing options, eligibility requirements, and referral process so you can keep us as a resource. What would be the best email address to send that information to?</w:t>
      </w:r>
    </w:p>
    <w:p>
      <w:pPr>
        <w:pStyle w:val="Heading2"/>
      </w:pPr>
      <w:r>
        <w:t>2. Follow-Up Call</w:t>
      </w:r>
    </w:p>
    <w:p>
      <w:r>
        <w:t>Hi [Name], this is [Your Name] with [Agency Name].</w:t>
      </w:r>
    </w:p>
    <w:p/>
    <w:p>
      <w:r>
        <w:t>I recently sent you an email introducing our shared housing program and wanted to follow up personally.</w:t>
      </w:r>
    </w:p>
    <w:p/>
    <w:p>
      <w:r>
        <w:t>I know you’re busy, so I’ll keep it brief. We provide safe, stable, structured, and affordable shared housing for independent adults, and I wanted to make sure you received our information.</w:t>
      </w:r>
    </w:p>
    <w:p/>
    <w:p>
      <w:r>
        <w:t>I’d love the opportunity to learn more about the individuals your organization serves and see how our housing program might be a helpful resource.</w:t>
      </w:r>
    </w:p>
    <w:p/>
    <w:p>
      <w:r>
        <w:t>Would there be a good time for us to connect briefly?</w:t>
      </w:r>
    </w:p>
    <w:p/>
    <w:p>
      <w:r>
        <w:t>Optional transition:</w:t>
      </w:r>
    </w:p>
    <w:p>
      <w:r>
        <w:t>Are you currently working with anyone who is having difficulty locating affordable housing and may benefit from a structured shared living environment?</w:t>
      </w:r>
    </w:p>
    <w:p>
      <w:pPr>
        <w:pStyle w:val="Heading2"/>
      </w:pPr>
      <w:r>
        <w:t>3. Lunch &amp; Learn Request Call</w:t>
      </w:r>
    </w:p>
    <w:p>
      <w:r>
        <w:t>Hi [Name], this is [Your Name] with [Agency Name].</w:t>
      </w:r>
    </w:p>
    <w:p/>
    <w:p>
      <w:r>
        <w:t>I’m reaching out to see if your team would be interested in a brief Lunch &amp; Learn about affordable shared housing.</w:t>
      </w:r>
    </w:p>
    <w:p/>
    <w:p>
      <w:r>
        <w:t>We’d love to explain how shared living works, who may be appropriate for this type of housing, our eligibility and referral process, and ways a structured shared living environment may support individuals your team serves.</w:t>
      </w:r>
    </w:p>
    <w:p/>
    <w:p>
      <w:r>
        <w:t>We can keep it brief and work around your schedule.</w:t>
      </w:r>
    </w:p>
    <w:p/>
    <w:p>
      <w:r>
        <w:t>Would your team be open to scheduling one?</w:t>
      </w:r>
    </w:p>
    <w:p>
      <w:pPr>
        <w:pStyle w:val="Heading1"/>
      </w:pPr>
      <w:r>
        <w:t>Referral Outreach Reminders</w:t>
      </w:r>
    </w:p>
    <w:p>
      <w:pPr>
        <w:pStyle w:val="ListBullet"/>
      </w:pPr>
      <w:r>
        <w:t>Lead with the housing need you can help solve—not with a request for referrals.</w:t>
      </w:r>
    </w:p>
    <w:p>
      <w:pPr>
        <w:pStyle w:val="ListBullet"/>
      </w:pPr>
      <w:r>
        <w:t>Use consistent language: safe, stable, structured, and affordable shared housing.</w:t>
      </w:r>
    </w:p>
    <w:p>
      <w:pPr>
        <w:pStyle w:val="ListBullet"/>
      </w:pPr>
      <w:r>
        <w:t>Clearly state that the housing model is intended for individuals who can live independently.</w:t>
      </w:r>
    </w:p>
    <w:p>
      <w:pPr>
        <w:pStyle w:val="ListBullet"/>
      </w:pPr>
      <w:r>
        <w:t>Know your eligibility requirements, rates, availability, screening process, and referral procedure before outreach.</w:t>
      </w:r>
    </w:p>
    <w:p>
      <w:pPr>
        <w:pStyle w:val="ListBullet"/>
      </w:pPr>
      <w:r>
        <w:t>Tailor your conversation to the referral source and the population it serves.</w:t>
      </w:r>
    </w:p>
    <w:p>
      <w:pPr>
        <w:pStyle w:val="ListBullet"/>
      </w:pPr>
      <w:r>
        <w:t>Follow up professionally without overwhelming the contact.</w:t>
      </w:r>
    </w:p>
    <w:p>
      <w:pPr>
        <w:pStyle w:val="ListBullet"/>
      </w:pPr>
      <w:r>
        <w:t>Keep updated referral materials ready to email immediately after a call.</w:t>
      </w:r>
    </w:p>
    <w:p>
      <w:pPr>
        <w:pStyle w:val="ListBullet"/>
      </w:pPr>
      <w:r>
        <w:t>Focus on becoming a reliable community housing resource and building long-term professional relationships.</w:t>
      </w:r>
    </w:p>
    <w:p>
      <w:pPr>
        <w:pStyle w:val="Heading1"/>
      </w:pPr>
      <w:r>
        <w:t>Suggested Materials to Have Ready</w:t>
      </w:r>
    </w:p>
    <w:p>
      <w:pPr>
        <w:pStyle w:val="ListBullet"/>
      </w:pPr>
      <w:r>
        <w:t>Shared Housing Program Overview</w:t>
      </w:r>
    </w:p>
    <w:p>
      <w:pPr>
        <w:pStyle w:val="ListBullet"/>
      </w:pPr>
      <w:r>
        <w:t>Eligibility &amp; Admission Criteria</w:t>
      </w:r>
    </w:p>
    <w:p>
      <w:pPr>
        <w:pStyle w:val="ListBullet"/>
      </w:pPr>
      <w:r>
        <w:t>Housing Rates / Fee Sheet</w:t>
      </w:r>
    </w:p>
    <w:p>
      <w:pPr>
        <w:pStyle w:val="ListBullet"/>
      </w:pPr>
      <w:r>
        <w:t>Referral Information Sheet or Referral Form</w:t>
      </w:r>
    </w:p>
    <w:p>
      <w:pPr>
        <w:pStyle w:val="ListBullet"/>
      </w:pPr>
      <w:r>
        <w:t>Current Availability Sheet</w:t>
      </w:r>
    </w:p>
    <w:p>
      <w:pPr>
        <w:pStyle w:val="ListBullet"/>
      </w:pPr>
      <w:r>
        <w:t>Frequently Asked Questions</w:t>
      </w:r>
    </w:p>
    <w:p>
      <w:pPr>
        <w:pStyle w:val="ListBullet"/>
      </w:pPr>
      <w:r>
        <w:t>Contact Information / Business Card</w:t>
      </w:r>
    </w:p>
    <w:p>
      <w:pPr>
        <w:pStyle w:val="ListBullet"/>
      </w:pPr>
      <w:r>
        <w:t>Special Placement Program Information, if applicable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Independent Living Referral Outreach Script Guide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